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rFonts w:ascii="Arial" w:hAnsi="Arial"/>
          <w:b w:val="0"/>
          <w:sz w:val="22"/>
        </w:rPr>
        <w:t>[Vorname Nachname]</w:t>
      </w:r>
    </w:p>
    <w:p>
      <w:pPr>
        <w:spacing w:after="0"/>
        <w:jc w:val="right"/>
      </w:pPr>
      <w:r>
        <w:rPr>
          <w:rFonts w:ascii="Arial" w:hAnsi="Arial"/>
          <w:b w:val="0"/>
          <w:sz w:val="22"/>
        </w:rPr>
        <w:t>[Straße und Hausnummer]</w:t>
      </w:r>
    </w:p>
    <w:p>
      <w:pPr>
        <w:spacing w:after="0"/>
        <w:jc w:val="right"/>
      </w:pPr>
      <w:r>
        <w:rPr>
          <w:rFonts w:ascii="Arial" w:hAnsi="Arial"/>
          <w:b w:val="0"/>
          <w:sz w:val="22"/>
        </w:rPr>
        <w:t>[PLZ Ort]</w:t>
      </w:r>
    </w:p>
    <w:p>
      <w:pPr>
        <w:spacing w:after="0"/>
        <w:jc w:val="right"/>
      </w:pPr>
      <w:r>
        <w:rPr>
          <w:rFonts w:ascii="Arial" w:hAnsi="Arial"/>
          <w:b w:val="0"/>
          <w:sz w:val="22"/>
        </w:rPr>
        <w:t>[Telefonnummer]</w:t>
      </w:r>
    </w:p>
    <w:p>
      <w:pPr>
        <w:spacing w:after="0"/>
        <w:jc w:val="right"/>
      </w:pPr>
      <w:r>
        <w:rPr>
          <w:rFonts w:ascii="Arial" w:hAnsi="Arial"/>
          <w:b w:val="0"/>
          <w:sz w:val="22"/>
        </w:rPr>
        <w:t>[E-Mail-Adresse]</w:t>
      </w:r>
    </w:p>
    <w:p>
      <w:pPr>
        <w:spacing w:after="0"/>
      </w:pPr>
    </w:p>
    <w:p>
      <w:pPr>
        <w:spacing w:after="0"/>
      </w:pPr>
    </w:p>
    <w:p>
      <w:pPr>
        <w:spacing w:after="0"/>
        <w:jc w:val="left"/>
      </w:pPr>
      <w:r>
        <w:rPr>
          <w:rFonts w:ascii="Arial" w:hAnsi="Arial"/>
          <w:b w:val="0"/>
          <w:sz w:val="22"/>
        </w:rPr>
        <w:t>[Firmenname]</w:t>
      </w:r>
    </w:p>
    <w:p>
      <w:pPr>
        <w:spacing w:after="0"/>
        <w:jc w:val="left"/>
      </w:pPr>
      <w:r>
        <w:rPr>
          <w:rFonts w:ascii="Arial" w:hAnsi="Arial"/>
          <w:b w:val="0"/>
          <w:sz w:val="22"/>
        </w:rPr>
        <w:t>[z. Hd. Ansprechpartner / Personalabteilung]</w:t>
      </w:r>
    </w:p>
    <w:p>
      <w:pPr>
        <w:spacing w:after="0"/>
        <w:jc w:val="left"/>
      </w:pPr>
      <w:r>
        <w:rPr>
          <w:rFonts w:ascii="Arial" w:hAnsi="Arial"/>
          <w:b w:val="0"/>
          <w:sz w:val="22"/>
        </w:rPr>
        <w:t>[Straße und Hausnummer]</w:t>
      </w:r>
    </w:p>
    <w:p>
      <w:pPr>
        <w:spacing w:after="0"/>
        <w:jc w:val="left"/>
      </w:pPr>
      <w:r>
        <w:rPr>
          <w:rFonts w:ascii="Arial" w:hAnsi="Arial"/>
          <w:b w:val="0"/>
          <w:sz w:val="22"/>
        </w:rPr>
        <w:t>[PLZ Ort]</w:t>
      </w:r>
    </w:p>
    <w:p>
      <w:pPr>
        <w:spacing w:after="0"/>
      </w:pPr>
    </w:p>
    <w:p>
      <w:pPr>
        <w:spacing w:after="0"/>
        <w:jc w:val="right"/>
      </w:pPr>
      <w:r>
        <w:rPr>
          <w:rFonts w:ascii="Arial" w:hAnsi="Arial"/>
          <w:b w:val="0"/>
          <w:sz w:val="22"/>
        </w:rPr>
        <w:t>[Ort], den [TT.MM.JJJJ]</w:t>
      </w:r>
    </w:p>
    <w:p>
      <w:pPr>
        <w:spacing w:after="0"/>
      </w:pPr>
    </w:p>
    <w:p>
      <w:pPr>
        <w:spacing w:after="0"/>
      </w:pPr>
      <w:r>
        <w:rPr>
          <w:rFonts w:ascii="Arial" w:hAnsi="Arial"/>
          <w:b/>
          <w:sz w:val="22"/>
        </w:rPr>
        <w:t>Bewerbung als [Berufsbezeichnung]</w:t>
      </w:r>
    </w:p>
    <w:p>
      <w:pPr>
        <w:spacing w:after="0"/>
      </w:pPr>
    </w:p>
    <w:p>
      <w:pPr>
        <w:spacing w:after="0"/>
      </w:pPr>
      <w:r>
        <w:rPr>
          <w:rFonts w:ascii="Arial" w:hAnsi="Arial"/>
          <w:b w:val="0"/>
          <w:sz w:val="22"/>
        </w:rPr>
        <w:t>Sehr geehrte Damen und Herren,</w:t>
      </w:r>
    </w:p>
    <w:p>
      <w:pPr>
        <w:spacing w:after="0"/>
      </w:pPr>
    </w:p>
    <w:p>
      <w:pPr>
        <w:spacing w:after="160"/>
      </w:pPr>
      <w:r>
        <w:rPr>
          <w:rFonts w:ascii="Arial" w:hAnsi="Arial"/>
          <w:b w:val="0"/>
          <w:sz w:val="22"/>
        </w:rPr>
        <w:t>[Einleitung: Woher kennen Sie die Stelle? Auf welche Position bewerben Sie sich und warum? Beispiel: über die Stellenanzeige auf der Webseite der Agentur für Arbeit habe ich erfahren, dass Sie eine/n [Berufsbezeichnung] suchen. Hiermit bewerbe ich mich um diese Stelle.]</w:t>
      </w:r>
    </w:p>
    <w:p>
      <w:pPr>
        <w:spacing w:after="160"/>
      </w:pPr>
      <w:r>
        <w:rPr>
          <w:rFonts w:ascii="Arial" w:hAnsi="Arial"/>
          <w:b w:val="0"/>
          <w:sz w:val="22"/>
        </w:rPr>
        <w:t>[Hauptteil 1 - Ihre Qualifikation: Welche Ausbildung, Berufserfahrung und Fähigkeiten bringen Sie mit? Beziehen Sie sich konkret auf die Anforderungen der Stelle.]</w:t>
      </w:r>
    </w:p>
    <w:p>
      <w:pPr>
        <w:spacing w:after="160"/>
      </w:pPr>
      <w:r>
        <w:rPr>
          <w:rFonts w:ascii="Arial" w:hAnsi="Arial"/>
          <w:b w:val="0"/>
          <w:sz w:val="22"/>
        </w:rPr>
        <w:t>[Hauptteil 2 - Ihre Motivation: Warum gerade dieses Unternehmen? Was können Sie dem Arbeitgeber bieten? Erwähnen Sie ggf. Ihr Sprachniveau (z. B. Deutsch B1/B2) und Ihre Verfügbarkeit.]</w:t>
      </w:r>
    </w:p>
    <w:p>
      <w:pPr>
        <w:spacing w:after="160"/>
      </w:pPr>
      <w:r>
        <w:rPr>
          <w:rFonts w:ascii="Arial" w:hAnsi="Arial"/>
          <w:b w:val="0"/>
          <w:sz w:val="22"/>
        </w:rPr>
        <w:t>[Schluss: Hinweis auf ein mögliches Vorstellungsgespräch. Beispiel: Über eine Einladung zu einem persönlichen Gespräch freue ich mich sehr.]</w:t>
      </w:r>
    </w:p>
    <w:p>
      <w:pPr>
        <w:spacing w:after="0"/>
      </w:pPr>
    </w:p>
    <w:p>
      <w:pPr>
        <w:spacing w:after="0"/>
      </w:pPr>
      <w:r>
        <w:rPr>
          <w:rFonts w:ascii="Arial" w:hAnsi="Arial"/>
          <w:b w:val="0"/>
          <w:sz w:val="22"/>
        </w:rPr>
        <w:t>Mit freundlichen Grüßen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Arial" w:hAnsi="Arial"/>
          <w:b w:val="0"/>
          <w:sz w:val="22"/>
        </w:rPr>
        <w:t>[Vorname Nachname]</w:t>
      </w:r>
    </w:p>
    <w:sectPr w:rsidR="00FC693F" w:rsidRPr="0006063C" w:rsidSect="00034616">
      <w:pgSz w:w="12240" w:h="15840"/>
      <w:pgMar w:top="2551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