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0"/>
        <w:jc w:val="right"/>
      </w:pPr>
      <w:r>
        <w:rPr>
          <w:rFonts w:ascii="Arial" w:hAnsi="Arial"/>
          <w:b w:val="0"/>
          <w:sz w:val="22"/>
        </w:rPr>
        <w:t>Maksym Kovalenko</w:t>
      </w:r>
    </w:p>
    <w:p>
      <w:pPr>
        <w:spacing w:after="0"/>
        <w:jc w:val="right"/>
      </w:pPr>
      <w:r>
        <w:rPr>
          <w:rFonts w:ascii="Arial" w:hAnsi="Arial"/>
          <w:b w:val="0"/>
          <w:sz w:val="22"/>
        </w:rPr>
        <w:t>Musterstraße 12</w:t>
      </w:r>
    </w:p>
    <w:p>
      <w:pPr>
        <w:spacing w:after="0"/>
        <w:jc w:val="right"/>
      </w:pPr>
      <w:r>
        <w:rPr>
          <w:rFonts w:ascii="Arial" w:hAnsi="Arial"/>
          <w:b w:val="0"/>
          <w:sz w:val="22"/>
        </w:rPr>
        <w:t>10115 Berlin</w:t>
      </w:r>
    </w:p>
    <w:p>
      <w:pPr>
        <w:spacing w:after="0"/>
        <w:jc w:val="right"/>
      </w:pPr>
      <w:r>
        <w:rPr>
          <w:rFonts w:ascii="Arial" w:hAnsi="Arial"/>
          <w:b w:val="0"/>
          <w:sz w:val="22"/>
        </w:rPr>
        <w:t>0151 23456789</w:t>
      </w:r>
    </w:p>
    <w:p>
      <w:pPr>
        <w:spacing w:after="0"/>
        <w:jc w:val="right"/>
      </w:pPr>
      <w:r>
        <w:rPr>
          <w:rFonts w:ascii="Arial" w:hAnsi="Arial"/>
          <w:b w:val="0"/>
          <w:sz w:val="22"/>
        </w:rPr>
        <w:t>maksym.kovalenko@email.de</w:t>
      </w:r>
    </w:p>
    <w:p>
      <w:pPr>
        <w:spacing w:after="0"/>
      </w:pPr>
    </w:p>
    <w:p>
      <w:pPr>
        <w:spacing w:after="0"/>
      </w:pPr>
    </w:p>
    <w:p>
      <w:pPr>
        <w:spacing w:after="0"/>
        <w:jc w:val="left"/>
      </w:pPr>
      <w:r>
        <w:rPr>
          <w:rFonts w:ascii="Arial" w:hAnsi="Arial"/>
          <w:b w:val="0"/>
          <w:sz w:val="22"/>
        </w:rPr>
        <w:t>Beispiel GmbH</w:t>
      </w:r>
    </w:p>
    <w:p>
      <w:pPr>
        <w:spacing w:after="0"/>
        <w:jc w:val="left"/>
      </w:pPr>
      <w:r>
        <w:rPr>
          <w:rFonts w:ascii="Arial" w:hAnsi="Arial"/>
          <w:b w:val="0"/>
          <w:sz w:val="22"/>
        </w:rPr>
        <w:t>z. Hd. Frau Schmidt (Personalabteilung)</w:t>
      </w:r>
    </w:p>
    <w:p>
      <w:pPr>
        <w:spacing w:after="0"/>
        <w:jc w:val="left"/>
      </w:pPr>
      <w:r>
        <w:rPr>
          <w:rFonts w:ascii="Arial" w:hAnsi="Arial"/>
          <w:b w:val="0"/>
          <w:sz w:val="22"/>
        </w:rPr>
        <w:t>Industriestraße 5</w:t>
      </w:r>
    </w:p>
    <w:p>
      <w:pPr>
        <w:spacing w:after="0"/>
        <w:jc w:val="left"/>
      </w:pPr>
      <w:r>
        <w:rPr>
          <w:rFonts w:ascii="Arial" w:hAnsi="Arial"/>
          <w:b w:val="0"/>
          <w:sz w:val="22"/>
        </w:rPr>
        <w:t>10557 Berlin</w:t>
      </w:r>
    </w:p>
    <w:p>
      <w:pPr>
        <w:spacing w:after="0"/>
      </w:pPr>
    </w:p>
    <w:p>
      <w:pPr>
        <w:spacing w:after="0"/>
        <w:jc w:val="right"/>
      </w:pPr>
      <w:r>
        <w:rPr>
          <w:rFonts w:ascii="Arial" w:hAnsi="Arial"/>
          <w:b w:val="0"/>
          <w:sz w:val="22"/>
        </w:rPr>
        <w:t>Berlin, den 26.06.2026</w:t>
      </w:r>
    </w:p>
    <w:p>
      <w:pPr>
        <w:spacing w:after="0"/>
      </w:pPr>
    </w:p>
    <w:p>
      <w:pPr>
        <w:spacing w:after="0"/>
      </w:pPr>
      <w:r>
        <w:rPr>
          <w:rFonts w:ascii="Arial" w:hAnsi="Arial"/>
          <w:b/>
          <w:sz w:val="22"/>
        </w:rPr>
        <w:t>Bewerbung als Lagerarbeiter (m/w/d)</w:t>
      </w:r>
    </w:p>
    <w:p>
      <w:pPr>
        <w:spacing w:after="0"/>
      </w:pPr>
    </w:p>
    <w:p>
      <w:pPr>
        <w:spacing w:after="0"/>
      </w:pPr>
      <w:r>
        <w:rPr>
          <w:rFonts w:ascii="Arial" w:hAnsi="Arial"/>
          <w:b w:val="0"/>
          <w:sz w:val="22"/>
        </w:rPr>
        <w:t>Sehr geehrte Frau Schmidt,</w:t>
      </w:r>
    </w:p>
    <w:p>
      <w:pPr>
        <w:spacing w:after="0"/>
      </w:pPr>
    </w:p>
    <w:p>
      <w:pPr>
        <w:spacing w:after="160"/>
      </w:pPr>
      <w:r>
        <w:rPr>
          <w:rFonts w:ascii="Arial" w:hAnsi="Arial"/>
          <w:b w:val="0"/>
          <w:sz w:val="22"/>
        </w:rPr>
        <w:t>über die Stellenbörse der Agentur für Arbeit habe ich erfahren, dass Sie zum nächstmöglichen Zeitpunkt eine/n Lagerarbeiter/in suchen. Diese Aufgabe entspricht genau meiner Erfahrung, daher bewerbe ich mich mit großem Interesse um diese Stelle.</w:t>
      </w:r>
    </w:p>
    <w:p>
      <w:pPr>
        <w:spacing w:after="160"/>
      </w:pPr>
      <w:r>
        <w:rPr>
          <w:rFonts w:ascii="Arial" w:hAnsi="Arial"/>
          <w:b w:val="0"/>
          <w:sz w:val="22"/>
        </w:rPr>
        <w:t>In der Ukraine habe ich vier Jahre als Lagermitarbeiter in einem Logistikunternehmen gearbeitet. Zu meinen Aufgaben gehörten die Warenannahme, die Kommissionierung sowie die Bestandskontrolle. Den Umgang mit Handscannern und einfachen Lagerverwaltungssystemen beherrsche ich sicher. Einen gültigen Staplerschein möchte ich gerne zeitnah in Deutschland nachholen.</w:t>
      </w:r>
    </w:p>
    <w:p>
      <w:pPr>
        <w:spacing w:after="160"/>
      </w:pPr>
      <w:r>
        <w:rPr>
          <w:rFonts w:ascii="Arial" w:hAnsi="Arial"/>
          <w:b w:val="0"/>
          <w:sz w:val="22"/>
        </w:rPr>
        <w:t>Ich bin körperlich belastbar, zuverlässig und arbeite gerne im Team. Die deutsche Sprache beherrsche ich auf dem Niveau B1 und verbessere sie kontinuierlich in einem Integrationskurs. Da ich in Berlin wohne, bin ich zeitlich flexibel und auch zu Schichtarbeit bereit. Eine Tätigkeit in Ihrem Unternehmen wäre für mich der ideale Einstieg in den deutschen Arbeitsmarkt.</w:t>
      </w:r>
    </w:p>
    <w:p>
      <w:pPr>
        <w:spacing w:after="160"/>
      </w:pPr>
      <w:r>
        <w:rPr>
          <w:rFonts w:ascii="Arial" w:hAnsi="Arial"/>
          <w:b w:val="0"/>
          <w:sz w:val="22"/>
        </w:rPr>
        <w:t>Über eine Einladung zu einem persönlichen Vorstellungsgespräch freue ich mich sehr. Gerne stelle ich Ihnen meine Fähigkeiten auch im Rahmen einer Probearbeit unter Beweis.</w:t>
      </w:r>
    </w:p>
    <w:p>
      <w:pPr>
        <w:spacing w:after="0"/>
      </w:pPr>
    </w:p>
    <w:p>
      <w:pPr>
        <w:spacing w:after="0"/>
      </w:pPr>
      <w:r>
        <w:rPr>
          <w:rFonts w:ascii="Arial" w:hAnsi="Arial"/>
          <w:b w:val="0"/>
          <w:sz w:val="22"/>
        </w:rPr>
        <w:t>Mit freundlichen Grüßen</w:t>
      </w:r>
    </w:p>
    <w:p>
      <w:pPr>
        <w:spacing w:after="0"/>
      </w:pPr>
    </w:p>
    <w:p>
      <w:pPr>
        <w:spacing w:after="0"/>
      </w:pPr>
    </w:p>
    <w:p>
      <w:pPr>
        <w:spacing w:after="0"/>
      </w:pPr>
      <w:r>
        <w:rPr>
          <w:rFonts w:ascii="Arial" w:hAnsi="Arial"/>
          <w:b w:val="0"/>
          <w:sz w:val="22"/>
        </w:rPr>
        <w:t>Maksym Kovalenko</w:t>
      </w:r>
    </w:p>
    <w:sectPr w:rsidR="00FC693F" w:rsidRPr="0006063C" w:rsidSect="00034616">
      <w:pgSz w:w="12240" w:h="15840"/>
      <w:pgMar w:top="2551" w:right="1134" w:bottom="113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before="0" w:line="276" w:lineRule="auto"/>
    </w:pPr>
    <w:rPr>
      <w:rFonts w:ascii="Arial" w:hAnsi="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