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b w:val="0"/>
        </w:rPr>
        <w:t>[Ihr Vor- und Nachname]</w:t>
      </w:r>
    </w:p>
    <w:p>
      <w:pPr>
        <w:spacing w:after="0"/>
      </w:pPr>
      <w:r>
        <w:rPr>
          <w:b w:val="0"/>
        </w:rPr>
        <w:t>[Straße und Hausnummer]</w:t>
      </w:r>
    </w:p>
    <w:p>
      <w:pPr>
        <w:spacing w:after="0"/>
      </w:pPr>
      <w:r>
        <w:rPr>
          <w:b w:val="0"/>
        </w:rPr>
        <w:t>[PLZ und Ort]</w:t>
      </w:r>
    </w:p>
    <w:p>
      <w:pPr>
        <w:spacing w:after="0"/>
      </w:pPr>
      <w:r>
        <w:rPr>
          <w:b w:val="0"/>
        </w:rPr>
        <w:t>Kundennummer: [Ihre Kundennummer]</w:t>
      </w:r>
    </w:p>
    <w:p>
      <w:pPr>
        <w:spacing w:after="120"/>
      </w:pPr>
      <w:r>
        <w:rPr>
          <w:b w:val="0"/>
        </w:rPr>
      </w:r>
    </w:p>
    <w:p>
      <w:pPr>
        <w:spacing w:after="120"/>
        <w:jc w:val="right"/>
      </w:pPr>
      <w:r>
        <w:rPr>
          <w:b w:val="0"/>
        </w:rPr>
        <w:t>[Ort], den [Datum]</w:t>
      </w:r>
    </w:p>
    <w:p>
      <w:pPr>
        <w:spacing w:after="120"/>
      </w:pPr>
      <w:r>
        <w:rPr>
          <w:b w:val="0"/>
        </w:rPr>
      </w:r>
    </w:p>
    <w:p>
      <w:pPr>
        <w:spacing w:after="0"/>
      </w:pPr>
      <w:r>
        <w:rPr>
          <w:b w:val="0"/>
        </w:rPr>
        <w:t>Jobcenter [Name / Ort]</w:t>
      </w:r>
    </w:p>
    <w:p>
      <w:pPr>
        <w:spacing w:after="0"/>
      </w:pPr>
      <w:r>
        <w:rPr>
          <w:b w:val="0"/>
        </w:rPr>
        <w:t>[Straße und Hausnummer]</w:t>
      </w:r>
    </w:p>
    <w:p>
      <w:pPr>
        <w:spacing w:after="0"/>
      </w:pPr>
      <w:r>
        <w:rPr>
          <w:b w:val="0"/>
        </w:rPr>
        <w:t>[PLZ und Ort]</w:t>
      </w:r>
    </w:p>
    <w:p>
      <w:pPr>
        <w:spacing w:after="120"/>
      </w:pPr>
      <w:r>
        <w:rPr>
          <w:b w:val="0"/>
        </w:rPr>
      </w:r>
    </w:p>
    <w:p>
      <w:pPr>
        <w:spacing w:after="120"/>
      </w:pPr>
      <w:r>
        <w:rPr>
          <w:b/>
        </w:rPr>
        <w:t>Bedarfsgemeinschafts-Nummer (BG-Nummer): [Aktenzeichen]</w:t>
      </w:r>
    </w:p>
    <w:p>
      <w:pPr>
        <w:spacing w:after="120"/>
      </w:pPr>
      <w:r>
        <w:rPr>
          <w:b w:val="0"/>
        </w:rPr>
      </w:r>
    </w:p>
    <w:p>
      <w:pPr>
        <w:spacing w:after="120"/>
      </w:pPr>
      <w:r>
        <w:rPr>
          <w:b/>
        </w:rPr>
        <w:t>Widerspruch gegen den Bescheid vom [Datum des Bescheids]</w:t>
      </w:r>
    </w:p>
    <w:p>
      <w:pPr>
        <w:spacing w:after="120"/>
      </w:pPr>
      <w:r>
        <w:rPr>
          <w:b w:val="0"/>
        </w:rPr>
      </w:r>
    </w:p>
    <w:p>
      <w:pPr>
        <w:spacing w:after="120"/>
      </w:pPr>
      <w:r>
        <w:rPr>
          <w:b w:val="0"/>
        </w:rPr>
        <w:t>Sehr geehrte Damen und Herren,</w:t>
      </w:r>
    </w:p>
    <w:p>
      <w:pPr>
        <w:spacing w:after="120"/>
      </w:pPr>
      <w:r>
        <w:rPr>
          <w:b w:val="0"/>
        </w:rPr>
        <w:t>gegen den oben genannten Bescheid vom [Datum des Bescheids], der mir am [Datum des Zugangs] zugegangen ist, lege ich hiermit fristgerecht</w:t>
      </w:r>
    </w:p>
    <w:p>
      <w:pPr>
        <w:spacing w:after="120"/>
        <w:jc w:val="center"/>
      </w:pPr>
      <w:r>
        <w:rPr>
          <w:b/>
        </w:rPr>
        <w:t>Widerspruch</w:t>
      </w:r>
    </w:p>
    <w:p>
      <w:pPr>
        <w:spacing w:after="120"/>
      </w:pPr>
      <w:r>
        <w:rPr>
          <w:b w:val="0"/>
        </w:rPr>
        <w:t>ein.</w:t>
      </w:r>
    </w:p>
    <w:p>
      <w:pPr>
        <w:spacing w:after="0"/>
      </w:pPr>
      <w:r>
        <w:rPr>
          <w:b/>
        </w:rPr>
        <w:t>Begründung:</w:t>
      </w:r>
    </w:p>
    <w:p>
      <w:pPr>
        <w:spacing w:after="120"/>
      </w:pPr>
      <w:r>
        <w:rPr>
          <w:b w:val="0"/>
        </w:rPr>
        <w:t>[Bitte kurz erläutern, warum die Entscheidung aus Ihrer Sicht falsch ist – zum Beispiel: falsch berechneter Regelbedarf, nicht anerkannte Kosten der Unterkunft und Heizung (KdU), nicht berücksichtigtes Einkommen oder fehlende Nachweise.]</w:t>
      </w:r>
    </w:p>
    <w:p>
      <w:pPr>
        <w:spacing w:after="120"/>
      </w:pPr>
      <w:r>
        <w:rPr>
          <w:b w:val="0"/>
        </w:rPr>
        <w:t>Eine ausführliche Begründung reiche ich gegebenenfalls nach. Ich bitte Sie, den Bescheid zu überprüfen und mir einen neuen, korrigierten Bescheid zu erteilen.</w:t>
      </w:r>
    </w:p>
    <w:p>
      <w:pPr>
        <w:spacing w:after="120"/>
      </w:pPr>
      <w:r>
        <w:rPr>
          <w:b w:val="0"/>
        </w:rPr>
        <w:t>Mit freundlichen Grüßen</w:t>
      </w:r>
    </w:p>
    <w:p>
      <w:pPr>
        <w:spacing w:after="120"/>
      </w:pPr>
      <w:r>
        <w:rPr>
          <w:b w:val="0"/>
        </w:rPr>
      </w:r>
    </w:p>
    <w:p>
      <w:pPr>
        <w:spacing w:after="0"/>
      </w:pPr>
      <w:r>
        <w:rPr>
          <w:b w:val="0"/>
        </w:rPr>
        <w:t>_______________________________</w:t>
      </w:r>
    </w:p>
    <w:p>
      <w:pPr>
        <w:spacing w:after="120"/>
      </w:pPr>
      <w:r>
        <w:rPr>
          <w:b w:val="0"/>
        </w:rPr>
        <w:t>[Unterschrift – Vor- und Nachname]</w:t>
      </w:r>
    </w:p>
    <w:p>
      <w:pPr>
        <w:spacing w:after="120"/>
      </w:pPr>
      <w:r>
        <w:rPr>
          <w:b w:val="0"/>
        </w:rPr>
      </w:r>
    </w:p>
    <w:p>
      <w:pPr>
        <w:spacing w:after="120"/>
      </w:pPr>
      <w:r>
        <w:rPr>
          <w:b w:val="0"/>
          <w:sz w:val="20"/>
        </w:rPr>
        <w:t>Anlagen: [ggf. Kopien relevanter Unterlagen, z. B. Bescheid, Nachweise]</w:t>
      </w:r>
    </w:p>
    <w:sectPr w:rsidR="00FC693F" w:rsidRPr="0006063C" w:rsidSect="00034616"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