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 w:val="0"/>
        </w:rPr>
        <w:t>[Ihr Vor- und Nachname]</w:t>
      </w:r>
    </w:p>
    <w:p>
      <w:pPr>
        <w:spacing w:after="0"/>
      </w:pPr>
      <w:r>
        <w:rPr>
          <w:b w:val="0"/>
        </w:rPr>
        <w:t>[Straße und Hausnummer]</w:t>
      </w:r>
    </w:p>
    <w:p>
      <w:pPr>
        <w:spacing w:after="0"/>
      </w:pPr>
      <w:r>
        <w:rPr>
          <w:b w:val="0"/>
        </w:rPr>
        <w:t>[PLZ und Ort]</w:t>
      </w:r>
    </w:p>
    <w:p>
      <w:pPr>
        <w:spacing w:after="0"/>
      </w:pPr>
      <w:r>
        <w:rPr>
          <w:b w:val="0"/>
        </w:rPr>
        <w:t>Versichertennummer: [Ihre Versichertennummer]</w:t>
      </w:r>
    </w:p>
    <w:p>
      <w:pPr>
        <w:spacing w:after="120"/>
      </w:pPr>
      <w:r>
        <w:rPr>
          <w:b w:val="0"/>
        </w:rPr>
      </w:r>
    </w:p>
    <w:p>
      <w:pPr>
        <w:spacing w:after="120"/>
        <w:jc w:val="right"/>
      </w:pPr>
      <w:r>
        <w:rPr>
          <w:b w:val="0"/>
        </w:rPr>
        <w:t>[Ort], den [Datum]</w:t>
      </w:r>
    </w:p>
    <w:p>
      <w:pPr>
        <w:spacing w:after="120"/>
      </w:pPr>
      <w:r>
        <w:rPr>
          <w:b w:val="0"/>
        </w:rPr>
      </w:r>
    </w:p>
    <w:p>
      <w:pPr>
        <w:spacing w:after="0"/>
      </w:pPr>
      <w:r>
        <w:rPr>
          <w:b w:val="0"/>
        </w:rPr>
        <w:t>[Name der Krankenkasse]</w:t>
      </w:r>
    </w:p>
    <w:p>
      <w:pPr>
        <w:spacing w:after="0"/>
      </w:pPr>
      <w:r>
        <w:rPr>
          <w:b w:val="0"/>
        </w:rPr>
        <w:t>[Straße und Hausnummer]</w:t>
      </w:r>
    </w:p>
    <w:p>
      <w:pPr>
        <w:spacing w:after="0"/>
      </w:pPr>
      <w:r>
        <w:rPr>
          <w:b w:val="0"/>
        </w:rPr>
        <w:t>[PLZ und Ort]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Versichertennummer: [Aktenzeichen / Versichertennummer]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/>
        </w:rPr>
        <w:t>Widerspruch gegen den Bescheid vom [Datum des Bescheids]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 w:val="0"/>
        </w:rPr>
        <w:t>Sehr geehrte Damen und Herren,</w:t>
      </w:r>
    </w:p>
    <w:p>
      <w:pPr>
        <w:spacing w:after="120"/>
      </w:pPr>
      <w:r>
        <w:rPr>
          <w:b w:val="0"/>
        </w:rPr>
        <w:t>gegen den oben genannten Bescheid vom [Datum des Bescheids], der mir am [Datum des Zugangs] zugegangen ist, lege ich hiermit fristgerecht</w:t>
      </w:r>
    </w:p>
    <w:p>
      <w:pPr>
        <w:spacing w:after="120"/>
        <w:jc w:val="center"/>
      </w:pPr>
      <w:r>
        <w:rPr>
          <w:b/>
        </w:rPr>
        <w:t>Widerspruch</w:t>
      </w:r>
    </w:p>
    <w:p>
      <w:pPr>
        <w:spacing w:after="120"/>
      </w:pPr>
      <w:r>
        <w:rPr>
          <w:b w:val="0"/>
        </w:rPr>
        <w:t>ein.</w:t>
      </w:r>
    </w:p>
    <w:p>
      <w:pPr>
        <w:spacing w:after="0"/>
      </w:pPr>
      <w:r>
        <w:rPr>
          <w:b/>
        </w:rPr>
        <w:t>Begründung:</w:t>
      </w:r>
    </w:p>
    <w:p>
      <w:pPr>
        <w:spacing w:after="120"/>
      </w:pPr>
      <w:r>
        <w:rPr>
          <w:b w:val="0"/>
        </w:rPr>
        <w:t>[Bitte kurz erläutern, warum die Ablehnung aus Ihrer Sicht falsch ist – zum Beispiel: die beantragte Leistung ist medizinisch notwendig, es liegt eine ärztliche Verordnung vor, oder die Begründung der Ablehnung ist nicht nachvollziehbar.]</w:t>
      </w:r>
    </w:p>
    <w:p>
      <w:pPr>
        <w:spacing w:after="120"/>
      </w:pPr>
      <w:r>
        <w:rPr>
          <w:b w:val="0"/>
        </w:rPr>
        <w:t>Eine ausführliche Begründung reiche ich gegebenenfalls nach. Ich bitte Sie, den Bescheid zu überprüfen und mir einen neuen, korrigierten Bescheid zu erteilen.</w:t>
      </w:r>
    </w:p>
    <w:p>
      <w:pPr>
        <w:spacing w:after="120"/>
      </w:pPr>
      <w:r>
        <w:rPr>
          <w:b w:val="0"/>
        </w:rPr>
        <w:t>Mit freundlichen Grüßen</w:t>
      </w:r>
    </w:p>
    <w:p>
      <w:pPr>
        <w:spacing w:after="120"/>
      </w:pPr>
      <w:r>
        <w:rPr>
          <w:b w:val="0"/>
        </w:rPr>
      </w:r>
    </w:p>
    <w:p>
      <w:pPr>
        <w:spacing w:after="0"/>
      </w:pPr>
      <w:r>
        <w:rPr>
          <w:b w:val="0"/>
        </w:rPr>
        <w:t>_______________________________</w:t>
      </w:r>
    </w:p>
    <w:p>
      <w:pPr>
        <w:spacing w:after="120"/>
      </w:pPr>
      <w:r>
        <w:rPr>
          <w:b w:val="0"/>
        </w:rPr>
        <w:t>[Unterschrift – Vor- und Nachname]</w:t>
      </w:r>
    </w:p>
    <w:p>
      <w:pPr>
        <w:spacing w:after="120"/>
      </w:pPr>
      <w:r>
        <w:rPr>
          <w:b w:val="0"/>
        </w:rPr>
      </w:r>
    </w:p>
    <w:p>
      <w:pPr>
        <w:spacing w:after="120"/>
      </w:pPr>
      <w:r>
        <w:rPr>
          <w:b w:val="0"/>
          <w:sz w:val="20"/>
        </w:rPr>
        <w:t>Anlagen: [ggf. Kopien relevanter Unterlagen, z. B. Bescheid, Nachweise]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